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Ich lass für dich das Licht an</w:t>
      </w:r>
    </w:p>
    <w:p/>
    <w:p>
      <w:pPr>
        <w:pStyle w:val="Heading2"/>
      </w:pPr>
      <w:r>
        <w:rPr>
          <w:sz w:val="28"/>
        </w:rPr>
        <w:t>Stimme (Sopran)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Du du du du du_ du du du du du du du du_ du du du du du du du du du du du Du du du du du_ du du du du du du du du_ du du du du du du du du |  ||: du du du du du du du du du du | Du du du du du du du_ Ich lass für dich das Licht an ob-wohls mir zu hell ist, | ich hör mit dir Plat-ten die ich nicht mag,_  | ich bin für dich lei--se wenn du zu laut_ bist, renn für dich zum Ki-osk ob Nacht o-der Tag_  | lass für dich das Licht an ob-wohls mir zu hell ist, | ich schau-e mir Bands_ an die ich nicht mag,_  | ich geh-e mit dir_ in die schlimm-sten Schnul-zen, ist mir al-les e-gal,_ haupt-sach-e du bist da. | ich :|| haupt-sach-e du bist da. |  | Ich lass für dich das Licht an ob-wohls mir zu hell ist, | ich hör mit dir Plat-ten die ich nicht mag,_  | ich bin für dich leis--e wenn du zu laut_ bist, renn für dich zum Ki-osk ob Nacht o-der Tag_  | lass für dich das Licht an ob-wohls mir zu hell ist, | ich schau-e mir Bands_ an die ich nicht mag,_  | ich geh-e mit dir_ in die schimm-sten Schnul-zen, ist mir al-les e-gal,_ haupt-sach-e du bist da. | Du du du du du Du du du du du</w:t>
      </w:r>
    </w:p>
    <w:p/>
    <w:p/>
    <w:p>
      <w:pPr>
        <w:pStyle w:val="Heading2"/>
      </w:pPr>
      <w:r>
        <w:rPr>
          <w:sz w:val="28"/>
        </w:rPr>
        <w:t>Stimme (Alt)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du_ du du_ du du du du du du du du du Du du du du du_ du du du du du du du du_ du du du du du du du du |  ||: du du du du du | Der Him-mel wird schon mor-gen-rot, | doch du willst noch nicht schlaf-en, | ich hol-e uns die al-ten Rä-der_und wir fahr'n zum Haf en. an ob-wohls mir zu hell ist, | ich hör mit dir Plat-ten die ich nicht mag,_  | ich bin für dich lei-se wenn du zu laut_ bist, renn für dich zum Ki-osk ob Nacht o-der Tag_  | lass für dich das Licht an ob-wohls mir zu hell ist, | ich schau-e mir Bands_ an die ich nicht mag,_  | ich geh-e mit dir_ in die schlimm-sten Schnul-zen, ist mir al-les e-gal,_ haupt-sach-e du bist da. |  :|| haupt-sach-e du bist da. |  | Ich lass für dich das Licht an ob-wohls mir zu hell ist, | ich hör mit dir Plat-ten die ich nicht mag,_  | ich bin für dich-e wenn du zu laut_ bist, renn für dich zum Ki-osk ob Nacht o-der Tag_  | lass für dich das Licht an ob-wohls mir zu hell ist, | ich schau-e mir Bands_ an die ich nicht mag,_  | ich geh-e mit dir_ in die schlimm-sten Schnul-zen, ist mir al-les e-gal,_ haupt-sach-e du bist da. | Du du du du du Du du du du du</w:t>
      </w:r>
    </w:p>
    <w:p/>
    <w:p>
      <w:pPr>
        <w:pStyle w:val="Heading3"/>
      </w:pPr>
      <w:r>
        <w:t>2. Strophe</w:t>
      </w:r>
    </w:p>
    <w:p>
      <w:r>
        <w:rPr>
          <w:rFonts w:ascii="Arial" w:hAnsi="Arial"/>
          <w:sz w:val="22"/>
        </w:rPr>
        <w:t>du du du du du | Ich lass für dich das Licht |  |  |  |  :||  |  |  |  |  |  |</w:t>
      </w:r>
    </w:p>
    <w:p/>
    <w:p>
      <w:pPr>
        <w:pStyle w:val="Heading3"/>
      </w:pPr>
      <w:r>
        <w:t>3. Strophe</w:t>
      </w:r>
    </w:p>
    <w:p>
      <w:r>
        <w:rPr>
          <w:rFonts w:ascii="Arial" w:hAnsi="Arial"/>
          <w:sz w:val="22"/>
        </w:rPr>
        <w:t>Die Mor-gen-luft ist viel zu kalt | und ich wer-de lang-sam heis-er, | ich seh' nur dich im Tun-nel-blick und die Stadt wird lan-sam lei ser |  |  |  |  :||  |  |  |  |  |  |</w:t>
      </w:r>
    </w:p>
    <w:p/>
    <w:p/>
    <w:p>
      <w:pPr>
        <w:pStyle w:val="Heading2"/>
      </w:pPr>
      <w:r>
        <w:rPr>
          <w:sz w:val="28"/>
        </w:rPr>
        <w:t>Stimme (Bass)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du_ du du_ du du du du Du du du du du_ du du du du du du du du_ du du du du du du du du |  ||: Wenn wir Nachts nach Hau-se ge-hen, | die Lip-pen blau vom Rot-wein, | und wir uns bis vor-ne an der E-cke, | mein-e gro-ße Ja-cke teil'n | du du du_ Ich lass für dich das Licht an ob-wohls mir zu hell ist, | ich hör mit dir Plat-ten die ich nicht mag,_  | ich bin für dich lei--se wenn du zu laut_ bist, renn für dich zum Ki-osk ob Nacht o-der Tag_  | lass für dich das Licht an ob-wohls mir zu hell ist, | ich schau-e mir Bands_ an die ich nicht mag,_  | ich geh-e mit dir_ in die schlimm-sten Schnul-zen, ist mir al-les e-gal,_ haupt-sach-e du bist da. |  :|| haupt-sach-e du bist da. |  | Ich lass für dich das Licht an ob-wohls mir zu hell ist, | ich hör mit dir Plat-ten die ich nicht mag,_  | ich bin für dich leis--e wenn du zu laut_ bist, renn für dich zum Ki-osk ob Nacht o-der Tag_  | lass für dich das Licht an ob-wohls mir zu hell ist, | ich schau-e mir Bands_ an die ich nicht mag,_  | ich geh-e mit dir_ in die schlimm-sten Schnul-zen, ist mir al-les e-gal,_ haupt-sach-e du bist da. | Wenn wir Nachts nach Hau-se ge-hen, | die Lip-pen blau vom Rot-wein, | und wir uns bis vor-ne an der Eck-e, | mein-e gro-ße Ja-cke teil'n.</w:t>
      </w:r>
    </w:p>
    <w:p/>
    <w:p>
      <w:pPr>
        <w:pStyle w:val="Heading3"/>
      </w:pPr>
      <w:r>
        <w:t>2. Strophe</w:t>
      </w:r>
    </w:p>
    <w:p>
      <w:r>
        <w:rPr>
          <w:rFonts w:ascii="Arial" w:hAnsi="Arial"/>
          <w:sz w:val="22"/>
        </w:rPr>
        <w:t>würd-e mein-e Lieb-lings-plat-ten | so-fort für dich ver-bren_ -nen, | und wenn es für_ dich wich-tig ist | . | Du du du du |  |  |  |  :||  |  |  |  |  |  |  |  |</w:t>
      </w:r>
    </w:p>
    <w:p/>
    <w:p>
      <w:pPr>
        <w:pStyle w:val="Heading3"/>
      </w:pPr>
      <w:r>
        <w:t>3. Strophe</w:t>
      </w:r>
    </w:p>
    <w:p>
      <w:r>
        <w:rPr>
          <w:rFonts w:ascii="Arial" w:hAnsi="Arial"/>
          <w:sz w:val="22"/>
        </w:rPr>
        <w:t>bis Bar-ce-lo-na tram-pen_  |  |  |  |  |  :||  |  |  |  |  |  |  |  |</w:t>
      </w:r>
    </w:p>
    <w:p/>
    <w:p/>
    <w:p/>
    <w:p>
      <w:pPr>
        <w:pStyle w:val="Heading3"/>
      </w:pPr>
      <w:r>
        <w:t>Legende:</w:t>
      </w:r>
    </w:p>
    <w:p>
      <w:r>
        <w:t xml:space="preserve">  -  = Silbentrennung (hyphen) / Melisma</w:t>
      </w:r>
    </w:p>
    <w:p>
      <w:r>
        <w:t xml:space="preserve">  _  = Haltelinie (extender)</w:t>
      </w:r>
    </w:p>
    <w:p>
      <w:r>
        <w:t xml:space="preserve">  |  = Pause</w:t>
      </w:r>
    </w:p>
    <w:p>
      <w:r>
        <w:t xml:space="preserve">  ||:  = Wiederholung Anfang</w:t>
      </w:r>
    </w:p>
    <w:p>
      <w:r>
        <w:t xml:space="preserve">  :||  = Wiederholung Ende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